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C57F3" w14:textId="3FDB322A" w:rsidR="0045777D" w:rsidRPr="00911382" w:rsidRDefault="00000000">
      <w:pPr>
        <w:pStyle w:val="Heading1"/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>Hadfield Infant School</w:t>
      </w:r>
      <w:r w:rsidR="00911382">
        <w:rPr>
          <w:rFonts w:ascii="Sassoon Infant Std" w:hAnsi="Sassoon Infant Std"/>
        </w:rPr>
        <w:t xml:space="preserve"> </w:t>
      </w:r>
    </w:p>
    <w:p w14:paraId="3796CD5C" w14:textId="77777777" w:rsidR="0045777D" w:rsidRPr="00911382" w:rsidRDefault="00000000">
      <w:pPr>
        <w:pStyle w:val="Heading2"/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>Right to Withdraw from Religious Education (RE)</w:t>
      </w:r>
    </w:p>
    <w:p w14:paraId="2F511239" w14:textId="77777777" w:rsidR="0045777D" w:rsidRPr="00911382" w:rsidRDefault="00000000">
      <w:pPr>
        <w:pStyle w:val="IntenseQuote"/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>Information for Parents and Carers</w:t>
      </w:r>
    </w:p>
    <w:p w14:paraId="5434D957" w14:textId="77777777" w:rsidR="0045777D" w:rsidRPr="00911382" w:rsidRDefault="00000000" w:rsidP="00911382">
      <w:pPr>
        <w:pStyle w:val="Heading3"/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>Introduction</w:t>
      </w:r>
    </w:p>
    <w:p w14:paraId="0A82C722" w14:textId="5057FB8A" w:rsidR="0045777D" w:rsidRPr="00911382" w:rsidRDefault="00000000">
      <w:pPr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 xml:space="preserve">At Hadfield Infant School, we believe that Religious Education (RE) plays a vital role in helping children understand different beliefs, values, and cultures in our diverse society. Our RE curriculum is non-denominational and follows the </w:t>
      </w:r>
      <w:r w:rsidR="00911382">
        <w:rPr>
          <w:rFonts w:ascii="Sassoon Infant Std" w:hAnsi="Sassoon Infant Std"/>
        </w:rPr>
        <w:t xml:space="preserve">Derbyshire </w:t>
      </w:r>
      <w:r w:rsidRPr="00911382">
        <w:rPr>
          <w:rFonts w:ascii="Sassoon Infant Std" w:hAnsi="Sassoon Infant Std"/>
        </w:rPr>
        <w:t>Agreed Syllabus, in line with national guidance.</w:t>
      </w:r>
      <w:r w:rsidRPr="00911382">
        <w:rPr>
          <w:rFonts w:ascii="Sassoon Infant Std" w:hAnsi="Sassoon Infant Std"/>
        </w:rPr>
        <w:br/>
        <w:t xml:space="preserve">However, we understand that parents and carers have the legal right to withdraw their </w:t>
      </w:r>
      <w:proofErr w:type="gramStart"/>
      <w:r w:rsidRPr="00911382">
        <w:rPr>
          <w:rFonts w:ascii="Sassoon Infant Std" w:hAnsi="Sassoon Infant Std"/>
        </w:rPr>
        <w:t>child</w:t>
      </w:r>
      <w:proofErr w:type="gramEnd"/>
      <w:r w:rsidRPr="00911382">
        <w:rPr>
          <w:rFonts w:ascii="Sassoon Infant Std" w:hAnsi="Sassoon Infant Std"/>
        </w:rPr>
        <w:t xml:space="preserve"> from some or all parts of RE if they wish to do so.</w:t>
      </w:r>
    </w:p>
    <w:p w14:paraId="561E25BD" w14:textId="77777777" w:rsidR="0045777D" w:rsidRPr="00911382" w:rsidRDefault="00000000">
      <w:pPr>
        <w:pStyle w:val="Heading3"/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>What the Law Says</w:t>
      </w:r>
    </w:p>
    <w:p w14:paraId="5D9A9AF3" w14:textId="3D51960E" w:rsidR="0045777D" w:rsidRPr="00911382" w:rsidRDefault="00000000">
      <w:pPr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>Under the Education Act 1996 and School Standards and Framework Act 1998, parents have the right to:</w:t>
      </w:r>
      <w:r w:rsidRPr="00911382">
        <w:rPr>
          <w:rFonts w:ascii="Sassoon Infant Std" w:hAnsi="Sassoon Infant Std"/>
        </w:rPr>
        <w:br/>
        <w:t>- Withdraw their child from all or part of RE lessons.</w:t>
      </w:r>
      <w:r w:rsidRPr="00911382">
        <w:rPr>
          <w:rFonts w:ascii="Sassoon Infant Std" w:hAnsi="Sassoon Infant Std"/>
        </w:rPr>
        <w:br/>
        <w:t>- Do so without having to provide a reason.</w:t>
      </w:r>
      <w:r w:rsidRPr="00911382">
        <w:rPr>
          <w:rFonts w:ascii="Sassoon Infant Std" w:hAnsi="Sassoon Infant Std"/>
        </w:rPr>
        <w:br/>
        <w:t>- Have their request respected by the school.</w:t>
      </w:r>
      <w:r w:rsidRPr="00911382">
        <w:rPr>
          <w:rFonts w:ascii="Sassoon Infant Std" w:hAnsi="Sassoon Infant Std"/>
        </w:rPr>
        <w:br/>
        <w:t>This right applies to all pupils in community, foundation, or voluntary schools. It does not apply to collective worship, which is legally distinct from RE.</w:t>
      </w:r>
    </w:p>
    <w:p w14:paraId="0F374D92" w14:textId="77777777" w:rsidR="0045777D" w:rsidRPr="00911382" w:rsidRDefault="00000000">
      <w:pPr>
        <w:pStyle w:val="Heading3"/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>Our Approach</w:t>
      </w:r>
    </w:p>
    <w:p w14:paraId="57A7A617" w14:textId="7DF66801" w:rsidR="0045777D" w:rsidRPr="00911382" w:rsidRDefault="00000000">
      <w:pPr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>RE at Hadfield Infant School is designed to:</w:t>
      </w:r>
      <w:r w:rsidRPr="00911382">
        <w:rPr>
          <w:rFonts w:ascii="Sassoon Infant Std" w:hAnsi="Sassoon Infant Std"/>
        </w:rPr>
        <w:br/>
        <w:t>- Be inclusive and respectful of different faiths and non-religious worldviews.</w:t>
      </w:r>
      <w:r w:rsidRPr="00911382">
        <w:rPr>
          <w:rFonts w:ascii="Sassoon Infant Std" w:hAnsi="Sassoon Infant Std"/>
        </w:rPr>
        <w:br/>
        <w:t>- Encourage pupils to explore questions of meaning, values, and belonging.</w:t>
      </w:r>
      <w:r w:rsidRPr="00911382">
        <w:rPr>
          <w:rFonts w:ascii="Sassoon Infant Std" w:hAnsi="Sassoon Infant Std"/>
        </w:rPr>
        <w:br/>
        <w:t>- Foster tolerance, understanding, and respect for others.</w:t>
      </w:r>
      <w:r w:rsidRPr="00911382">
        <w:rPr>
          <w:rFonts w:ascii="Sassoon Infant Std" w:hAnsi="Sassoon Infant Std"/>
        </w:rPr>
        <w:br/>
        <w:t>We aim to teach RE in a way that is accessible and engaging to all pupils, regardless of their background or beliefs.</w:t>
      </w:r>
    </w:p>
    <w:p w14:paraId="559BA835" w14:textId="77777777" w:rsidR="0045777D" w:rsidRPr="00911382" w:rsidRDefault="00000000">
      <w:pPr>
        <w:pStyle w:val="Heading3"/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>How to Request a Withdrawal</w:t>
      </w:r>
    </w:p>
    <w:p w14:paraId="4F90C9A7" w14:textId="5A40E0E2" w:rsidR="0045777D" w:rsidRPr="00911382" w:rsidRDefault="00000000">
      <w:pPr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>If you are considering withdrawing your child from RE, we encourage you to:</w:t>
      </w:r>
      <w:r w:rsidRPr="00911382">
        <w:rPr>
          <w:rFonts w:ascii="Sassoon Infant Std" w:hAnsi="Sassoon Infant Std"/>
        </w:rPr>
        <w:br/>
        <w:t>1. Meet with the Headteacher</w:t>
      </w:r>
      <w:r w:rsidR="00911382">
        <w:rPr>
          <w:rFonts w:ascii="Sassoon Infant Std" w:hAnsi="Sassoon Infant Std"/>
        </w:rPr>
        <w:t xml:space="preserve"> or Deputy Headteacher,</w:t>
      </w:r>
      <w:r w:rsidRPr="00911382">
        <w:rPr>
          <w:rFonts w:ascii="Sassoon Infant Std" w:hAnsi="Sassoon Infant Std"/>
        </w:rPr>
        <w:t xml:space="preserve"> to discuss your concerns and understand how RE is taught.</w:t>
      </w:r>
      <w:r w:rsidRPr="00911382">
        <w:rPr>
          <w:rFonts w:ascii="Sassoon Infant Std" w:hAnsi="Sassoon Infant Std"/>
        </w:rPr>
        <w:br/>
        <w:t>2. Submit a written request to the school if you decide to proceed.</w:t>
      </w:r>
      <w:r w:rsidRPr="00911382">
        <w:rPr>
          <w:rFonts w:ascii="Sassoon Infant Std" w:hAnsi="Sassoon Infant Std"/>
        </w:rPr>
        <w:br/>
        <w:t>You may choose to:</w:t>
      </w:r>
      <w:r w:rsidRPr="00911382">
        <w:rPr>
          <w:rFonts w:ascii="Sassoon Infant Std" w:hAnsi="Sassoon Infant Std"/>
        </w:rPr>
        <w:br/>
        <w:t>- Withdraw your child from specific topics or lessons.</w:t>
      </w:r>
      <w:r w:rsidRPr="00911382">
        <w:rPr>
          <w:rFonts w:ascii="Sassoon Infant Std" w:hAnsi="Sassoon Infant Std"/>
        </w:rPr>
        <w:br/>
        <w:t>- Withdraw them from RE entirely.</w:t>
      </w:r>
      <w:r w:rsidRPr="00911382">
        <w:rPr>
          <w:rFonts w:ascii="Sassoon Infant Std" w:hAnsi="Sassoon Infant Std"/>
        </w:rPr>
        <w:br/>
        <w:t>Please note: During RE lessons from which your child is withdrawn, the school is not required to provide alternative curriculum teaching. However, we will ensure they are supervised appropriately.</w:t>
      </w:r>
    </w:p>
    <w:p w14:paraId="0094E1B1" w14:textId="77777777" w:rsidR="0045777D" w:rsidRPr="00911382" w:rsidRDefault="00000000">
      <w:pPr>
        <w:pStyle w:val="Heading3"/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>Contact</w:t>
      </w:r>
    </w:p>
    <w:p w14:paraId="0624A186" w14:textId="03F7324E" w:rsidR="0045777D" w:rsidRPr="00911382" w:rsidRDefault="00000000">
      <w:pPr>
        <w:rPr>
          <w:rFonts w:ascii="Sassoon Infant Std" w:hAnsi="Sassoon Infant Std"/>
        </w:rPr>
      </w:pPr>
      <w:r w:rsidRPr="00911382">
        <w:rPr>
          <w:rFonts w:ascii="Sassoon Infant Std" w:hAnsi="Sassoon Infant Std"/>
        </w:rPr>
        <w:t>For more information or to arrange a meeting, please contact:</w:t>
      </w:r>
      <w:r w:rsidRPr="00911382">
        <w:rPr>
          <w:rFonts w:ascii="Sassoon Infant Std" w:hAnsi="Sassoon Infant Std"/>
        </w:rPr>
        <w:br/>
      </w:r>
      <w:r w:rsidR="00911382">
        <w:rPr>
          <w:rFonts w:ascii="Sassoon Infant Std" w:hAnsi="Sassoon Infant Std"/>
        </w:rPr>
        <w:t xml:space="preserve">Deputy </w:t>
      </w:r>
      <w:r w:rsidRPr="00911382">
        <w:rPr>
          <w:rFonts w:ascii="Sassoon Infant Std" w:hAnsi="Sassoon Infant Std"/>
        </w:rPr>
        <w:t>Headteacher</w:t>
      </w:r>
      <w:r w:rsidRPr="00911382">
        <w:rPr>
          <w:rFonts w:ascii="Sassoon Infant Std" w:hAnsi="Sassoon Infant Std"/>
        </w:rPr>
        <w:br/>
      </w:r>
      <w:r w:rsidR="00911382">
        <w:rPr>
          <w:rFonts w:ascii="Sassoon Infant Std" w:hAnsi="Sassoon Infant Std"/>
        </w:rPr>
        <w:t>Beverley Kidd</w:t>
      </w:r>
      <w:r w:rsidRPr="00911382">
        <w:rPr>
          <w:rFonts w:ascii="Sassoon Infant Std" w:hAnsi="Sassoon Infant Std"/>
        </w:rPr>
        <w:br/>
      </w:r>
      <w:r w:rsidR="00911382">
        <w:rPr>
          <w:rFonts w:ascii="Sassoon Infant Std" w:hAnsi="Sassoon Infant Std"/>
        </w:rPr>
        <w:t>b.kidd@hadfield-inf.derbyshire.sch.uk</w:t>
      </w:r>
      <w:r w:rsidRPr="00911382">
        <w:rPr>
          <w:rFonts w:ascii="Sassoon Infant Std" w:hAnsi="Sassoon Infant Std"/>
        </w:rPr>
        <w:br/>
        <w:t>We respect all families’ rights and beliefs, and we are committed to working in partnership with you to support your child’s education and wellbeing.</w:t>
      </w:r>
    </w:p>
    <w:sectPr w:rsidR="0045777D" w:rsidRPr="00911382" w:rsidSect="0091138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99139389">
    <w:abstractNumId w:val="8"/>
  </w:num>
  <w:num w:numId="2" w16cid:durableId="633754270">
    <w:abstractNumId w:val="6"/>
  </w:num>
  <w:num w:numId="3" w16cid:durableId="133987690">
    <w:abstractNumId w:val="5"/>
  </w:num>
  <w:num w:numId="4" w16cid:durableId="816386635">
    <w:abstractNumId w:val="4"/>
  </w:num>
  <w:num w:numId="5" w16cid:durableId="713044231">
    <w:abstractNumId w:val="7"/>
  </w:num>
  <w:num w:numId="6" w16cid:durableId="2132630433">
    <w:abstractNumId w:val="3"/>
  </w:num>
  <w:num w:numId="7" w16cid:durableId="477302042">
    <w:abstractNumId w:val="2"/>
  </w:num>
  <w:num w:numId="8" w16cid:durableId="251663256">
    <w:abstractNumId w:val="1"/>
  </w:num>
  <w:num w:numId="9" w16cid:durableId="714933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2378C"/>
    <w:rsid w:val="0029639D"/>
    <w:rsid w:val="00326F90"/>
    <w:rsid w:val="0045777D"/>
    <w:rsid w:val="0091138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DAB915"/>
  <w14:defaultImageDpi w14:val="300"/>
  <w15:docId w15:val="{7DAB49D8-16F7-408A-804F-0E10A8A7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Beverley Kidd</cp:lastModifiedBy>
  <cp:revision>2</cp:revision>
  <dcterms:created xsi:type="dcterms:W3CDTF">2025-07-14T15:14:00Z</dcterms:created>
  <dcterms:modified xsi:type="dcterms:W3CDTF">2025-07-14T15:14:00Z</dcterms:modified>
  <cp:category/>
</cp:coreProperties>
</file>